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/>
        <w:jc w:val="center"/>
      </w:pPr>
      <w:r>
        <w:rPr>
          <w:b/>
          <w:color w:val="087F75"/>
          <w:sz w:val="60"/>
        </w:rPr>
        <w:t>JGHCM</w:t>
      </w:r>
    </w:p>
    <w:p>
      <w:pPr>
        <w:jc w:val="center"/>
      </w:pPr>
      <w:r>
        <w:rPr>
          <w:b/>
          <w:color w:val="102A34"/>
          <w:sz w:val="30"/>
        </w:rPr>
        <w:t>JOURNAL OF GLOBAL HEALTH AND</w:t>
        <w:br/>
        <w:t>CLINICAL MEDICINE</w:t>
      </w:r>
    </w:p>
    <w:p>
      <w:pPr>
        <w:spacing w:before="400"/>
        <w:jc w:val="center"/>
      </w:pPr>
      <w:r>
        <w:rPr>
          <w:b/>
          <w:color w:val="102A34"/>
          <w:sz w:val="48"/>
        </w:rPr>
        <w:t>MANUSCRIPT TEMPLATE</w:t>
      </w:r>
    </w:p>
    <w:p>
      <w:pPr>
        <w:jc w:val="center"/>
      </w:pPr>
      <w:r>
        <w:rPr>
          <w:i/>
          <w:color w:val="526B72"/>
          <w:sz w:val="22"/>
        </w:rPr>
        <w:t>For research articles, reviews, case reports, editorials and health project reports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480"/>
      </w:tblGrid>
      <w:tr>
        <w:tc>
          <w:tcPr>
            <w:tcW w:type="dxa" w:w="4968"/>
            <w:shd w:fill="E5F2EF"/>
            <w:vAlign w:val="center"/>
          </w:tcPr>
          <w:p>
            <w:r>
              <w:rPr>
                <w:b/>
              </w:rPr>
              <w:t>Manuscript title</w:t>
            </w:r>
          </w:p>
        </w:tc>
        <w:tc>
          <w:tcPr>
            <w:tcW w:type="dxa" w:w="4968"/>
            <w:vAlign w:val="center"/>
          </w:tcPr>
          <w:p>
            <w:r>
              <w:t>[Insert full title]</w:t>
            </w:r>
          </w:p>
        </w:tc>
      </w:tr>
      <w:tr>
        <w:tc>
          <w:tcPr>
            <w:tcW w:type="dxa" w:w="4968"/>
            <w:shd w:fill="E5F2EF"/>
            <w:vAlign w:val="center"/>
          </w:tcPr>
          <w:p>
            <w:r>
              <w:rPr>
                <w:b/>
              </w:rPr>
              <w:t>Article type</w:t>
            </w:r>
          </w:p>
        </w:tc>
        <w:tc>
          <w:tcPr>
            <w:tcW w:type="dxa" w:w="4968"/>
            <w:vAlign w:val="center"/>
          </w:tcPr>
          <w:p>
            <w:r>
              <w:t>[Select one]</w:t>
            </w:r>
          </w:p>
        </w:tc>
      </w:tr>
      <w:tr>
        <w:tc>
          <w:tcPr>
            <w:tcW w:type="dxa" w:w="4968"/>
            <w:shd w:fill="E5F2EF"/>
            <w:vAlign w:val="center"/>
          </w:tcPr>
          <w:p>
            <w:r>
              <w:rPr>
                <w:b/>
              </w:rPr>
              <w:t>Corresponding author</w:t>
            </w:r>
          </w:p>
        </w:tc>
        <w:tc>
          <w:tcPr>
            <w:tcW w:type="dxa" w:w="4968"/>
            <w:vAlign w:val="center"/>
          </w:tcPr>
          <w:p>
            <w:r>
              <w:t>[Name and email]</w:t>
            </w:r>
          </w:p>
        </w:tc>
      </w:tr>
      <w:tr>
        <w:tc>
          <w:tcPr>
            <w:tcW w:type="dxa" w:w="4968"/>
            <w:shd w:fill="E5F2EF"/>
            <w:vAlign w:val="center"/>
          </w:tcPr>
          <w:p>
            <w:r>
              <w:rPr>
                <w:b/>
              </w:rPr>
              <w:t>Submission date</w:t>
            </w:r>
          </w:p>
        </w:tc>
        <w:tc>
          <w:tcPr>
            <w:tcW w:type="dxa" w:w="4968"/>
            <w:vAlign w:val="center"/>
          </w:tcPr>
          <w:p>
            <w:r>
              <w:t>[DD Month YYYY]</w:t>
            </w:r>
          </w:p>
        </w:tc>
      </w:tr>
      <w:tr>
        <w:tc>
          <w:tcPr>
            <w:tcW w:type="dxa" w:w="4968"/>
            <w:shd w:fill="E5F2EF"/>
            <w:vAlign w:val="center"/>
          </w:tcPr>
          <w:p>
            <w:r>
              <w:rPr>
                <w:b/>
              </w:rPr>
              <w:t>Editorial reference</w:t>
            </w:r>
          </w:p>
        </w:tc>
        <w:tc>
          <w:tcPr>
            <w:tcW w:type="dxa" w:w="4968"/>
            <w:vAlign w:val="center"/>
          </w:tcPr>
          <w:p>
            <w:r>
              <w:t>[For editorial use]</w:t>
            </w:r>
          </w:p>
        </w:tc>
      </w:tr>
    </w:tbl>
    <w:p>
      <w:pPr>
        <w:spacing w:before="400"/>
      </w:pPr>
      <w:r>
        <w:rPr>
          <w:b/>
          <w:color w:val="087F75"/>
        </w:rPr>
        <w:t>How to use this template</w:t>
      </w:r>
    </w:p>
    <w:p>
      <w:r>
        <w:t>Replace all bracketed instructions with your manuscript content. Delete sections that do not apply. Submit the completed file in Microsoft Word format unless the editorial office requests otherwise.</w:t>
      </w:r>
    </w:p>
    <w:p>
      <w:pPr>
        <w:spacing w:before="400"/>
        <w:jc w:val="center"/>
      </w:pPr>
      <w:r>
        <w:rPr>
          <w:color w:val="526B72"/>
          <w:sz w:val="18"/>
        </w:rPr>
        <w:t>Version 1.0 · September 2026</w:t>
      </w:r>
    </w:p>
    <w:p>
      <w:r>
        <w:br w:type="page"/>
      </w:r>
    </w:p>
    <w:p>
      <w:pPr>
        <w:pStyle w:val="Heading1"/>
      </w:pPr>
      <w:r>
        <w:t>TITLE PAGE</w:t>
      </w:r>
    </w:p>
    <w:p>
      <w:pPr>
        <w:pStyle w:val="Heading2"/>
      </w:pPr>
      <w:r>
        <w:t>Manuscript title</w:t>
      </w:r>
    </w:p>
    <w:p>
      <w:pPr>
        <w:spacing w:after="160"/>
      </w:pPr>
      <w:r>
        <w:rPr>
          <w:i/>
          <w:color w:val="526B72"/>
        </w:rPr>
        <w:t>[Concise and informative title; avoid unexplained abbreviations]</w:t>
      </w:r>
    </w:p>
    <w:p>
      <w:pPr>
        <w:pStyle w:val="Heading2"/>
      </w:pPr>
      <w:r>
        <w:t>Running title</w:t>
      </w:r>
    </w:p>
    <w:p>
      <w:pPr>
        <w:spacing w:after="160"/>
      </w:pPr>
      <w:r>
        <w:rPr>
          <w:i/>
          <w:color w:val="526B72"/>
        </w:rPr>
        <w:t>[Short title, maximum 50 characters]</w:t>
      </w:r>
    </w:p>
    <w:p>
      <w:pPr>
        <w:pStyle w:val="Heading2"/>
      </w:pPr>
      <w:r>
        <w:t>Authors</w:t>
      </w:r>
    </w:p>
    <w:p>
      <w:pPr>
        <w:spacing w:after="160"/>
      </w:pPr>
      <w:r>
        <w:rPr>
          <w:i/>
          <w:color w:val="526B72"/>
        </w:rPr>
        <w:t>[First name, middle initials and surname for each author]</w:t>
      </w:r>
    </w:p>
    <w:p>
      <w:pPr>
        <w:pStyle w:val="Heading2"/>
      </w:pPr>
      <w:r>
        <w:t>Affiliations</w:t>
      </w:r>
    </w:p>
    <w:p>
      <w:pPr>
        <w:spacing w:after="160"/>
      </w:pPr>
      <w:r>
        <w:rPr>
          <w:i/>
          <w:color w:val="526B72"/>
        </w:rPr>
        <w:t>[Department, institution, city, state/province and country for each author]</w:t>
      </w:r>
    </w:p>
    <w:p>
      <w:pPr>
        <w:pStyle w:val="Heading2"/>
      </w:pPr>
      <w:r>
        <w:t>Corresponding author</w:t>
      </w:r>
    </w:p>
    <w:p>
      <w:pPr>
        <w:spacing w:after="160"/>
      </w:pPr>
      <w:r>
        <w:rPr>
          <w:i/>
          <w:color w:val="526B72"/>
        </w:rPr>
        <w:t>[Full name, institutional address, email address and telephone number]</w:t>
      </w:r>
    </w:p>
    <w:p>
      <w:pPr>
        <w:pStyle w:val="Heading2"/>
      </w:pPr>
      <w:r>
        <w:t>ORCID identifiers</w:t>
      </w:r>
    </w:p>
    <w:p>
      <w:pPr>
        <w:spacing w:after="160"/>
      </w:pPr>
      <w:r>
        <w:rPr>
          <w:i/>
          <w:color w:val="526B72"/>
        </w:rPr>
        <w:t>[List ORCID iDs for authors where available]</w:t>
      </w:r>
    </w:p>
    <w:p>
      <w:pPr>
        <w:pStyle w:val="Heading2"/>
      </w:pPr>
      <w:r>
        <w:t>Author contributions</w:t>
      </w:r>
    </w:p>
    <w:p>
      <w:pPr>
        <w:spacing w:after="160"/>
      </w:pPr>
      <w:r>
        <w:rPr>
          <w:i/>
          <w:color w:val="526B72"/>
        </w:rPr>
        <w:t>[Describe each author’s contribution using initials]</w:t>
      </w:r>
    </w:p>
    <w:p>
      <w:pPr>
        <w:pStyle w:val="Heading2"/>
      </w:pPr>
      <w:r>
        <w:t>Word count and manuscript details</w:t>
      </w:r>
    </w:p>
    <w:p>
      <w:pPr>
        <w:spacing w:after="160"/>
      </w:pPr>
      <w:r>
        <w:rPr>
          <w:i/>
          <w:color w:val="526B72"/>
        </w:rPr>
        <w:t>[Abstract word count; main-text word count; number of tables, figures and references]</w:t>
      </w:r>
    </w:p>
    <w:p>
      <w:r>
        <w:br w:type="page"/>
      </w:r>
    </w:p>
    <w:p>
      <w:pPr>
        <w:pStyle w:val="Heading1"/>
      </w:pPr>
      <w:r>
        <w:t>ABSTRACT</w:t>
      </w:r>
    </w:p>
    <w:p>
      <w:pPr>
        <w:spacing w:after="200"/>
      </w:pPr>
      <w:r>
        <w:t>Use a structured abstract for research articles and health project reports. Reviews and case reports may adapt the headings as appropriate. Editorials may use an unstructured summary.</w:t>
      </w:r>
    </w:p>
    <w:p>
      <w:pPr>
        <w:pStyle w:val="Heading2"/>
      </w:pPr>
      <w:r>
        <w:t>Background</w:t>
      </w:r>
    </w:p>
    <w:p>
      <w:pPr>
        <w:spacing w:after="160"/>
      </w:pPr>
      <w:r>
        <w:rPr>
          <w:i/>
          <w:color w:val="526B72"/>
        </w:rPr>
        <w:t>[State the problem and rationale.]</w:t>
      </w:r>
    </w:p>
    <w:p>
      <w:pPr>
        <w:pStyle w:val="Heading2"/>
      </w:pPr>
      <w:r>
        <w:t>Objective</w:t>
      </w:r>
    </w:p>
    <w:p>
      <w:pPr>
        <w:spacing w:after="160"/>
      </w:pPr>
      <w:r>
        <w:rPr>
          <w:i/>
          <w:color w:val="526B72"/>
        </w:rPr>
        <w:t>[State the principal aim or research question.]</w:t>
      </w:r>
    </w:p>
    <w:p>
      <w:pPr>
        <w:pStyle w:val="Heading2"/>
      </w:pPr>
      <w:r>
        <w:t>Methods</w:t>
      </w:r>
    </w:p>
    <w:p>
      <w:pPr>
        <w:spacing w:after="160"/>
      </w:pPr>
      <w:r>
        <w:rPr>
          <w:i/>
          <w:color w:val="526B72"/>
        </w:rPr>
        <w:t>[Summarise design, setting, participants, sampling, measurements and analysis.]</w:t>
      </w:r>
    </w:p>
    <w:p>
      <w:pPr>
        <w:pStyle w:val="Heading2"/>
      </w:pPr>
      <w:r>
        <w:t>Results</w:t>
      </w:r>
    </w:p>
    <w:p>
      <w:pPr>
        <w:spacing w:after="160"/>
      </w:pPr>
      <w:r>
        <w:rPr>
          <w:i/>
          <w:color w:val="526B72"/>
        </w:rPr>
        <w:t>[Report the principal findings with relevant numerical results.]</w:t>
      </w:r>
    </w:p>
    <w:p>
      <w:pPr>
        <w:pStyle w:val="Heading2"/>
      </w:pPr>
      <w:r>
        <w:t>Conclusion</w:t>
      </w:r>
    </w:p>
    <w:p>
      <w:pPr>
        <w:spacing w:after="160"/>
      </w:pPr>
      <w:r>
        <w:rPr>
          <w:i/>
          <w:color w:val="526B72"/>
        </w:rPr>
        <w:t>[State the main interpretation and implications without overstatement.]</w:t>
      </w:r>
    </w:p>
    <w:p>
      <w:pPr>
        <w:pStyle w:val="Heading2"/>
      </w:pPr>
      <w:r>
        <w:t>Keywords</w:t>
      </w:r>
    </w:p>
    <w:p>
      <w:pPr>
        <w:spacing w:after="160"/>
      </w:pPr>
      <w:r>
        <w:rPr>
          <w:i/>
          <w:color w:val="526B72"/>
        </w:rPr>
        <w:t>[Provide 3-6 keywords, preferably using recognised health-science terms]</w:t>
      </w:r>
    </w:p>
    <w:p>
      <w:r>
        <w:br w:type="page"/>
      </w:r>
    </w:p>
    <w:p>
      <w:pPr>
        <w:pStyle w:val="Heading1"/>
      </w:pPr>
      <w:r>
        <w:t>MAIN TEXT</w:t>
      </w:r>
    </w:p>
    <w:p>
      <w:pPr>
        <w:pStyle w:val="Heading2"/>
      </w:pPr>
      <w:r>
        <w:t>1. Introduction</w:t>
      </w:r>
    </w:p>
    <w:p>
      <w:pPr>
        <w:spacing w:after="160"/>
      </w:pPr>
      <w:r>
        <w:rPr>
          <w:i/>
          <w:color w:val="526B72"/>
        </w:rPr>
        <w:t>[Describe the background, knowledge gap, rationale and study objective(s). Do not duplicate the abstract.]</w:t>
      </w:r>
    </w:p>
    <w:p>
      <w:pPr>
        <w:pStyle w:val="Heading2"/>
      </w:pPr>
      <w:r>
        <w:t>2. Methods</w:t>
      </w:r>
    </w:p>
    <w:p>
      <w:pPr>
        <w:pStyle w:val="Heading3"/>
      </w:pPr>
      <w:r>
        <w:t>Study design and setting</w:t>
      </w:r>
    </w:p>
    <w:p>
      <w:pPr>
        <w:spacing w:after="160"/>
      </w:pPr>
      <w:r>
        <w:rPr>
          <w:i/>
          <w:color w:val="526B72"/>
        </w:rPr>
        <w:t>[State the design, location and study period.]</w:t>
      </w:r>
    </w:p>
    <w:p>
      <w:pPr>
        <w:pStyle w:val="Heading3"/>
      </w:pPr>
      <w:r>
        <w:t>Study population</w:t>
      </w:r>
    </w:p>
    <w:p>
      <w:pPr>
        <w:spacing w:after="160"/>
      </w:pPr>
      <w:r>
        <w:rPr>
          <w:i/>
          <w:color w:val="526B72"/>
        </w:rPr>
        <w:t>[Describe eligibility criteria, recruitment and sample size.]</w:t>
      </w:r>
    </w:p>
    <w:p>
      <w:pPr>
        <w:pStyle w:val="Heading3"/>
      </w:pPr>
      <w:r>
        <w:t>Sampling and data collection</w:t>
      </w:r>
    </w:p>
    <w:p>
      <w:pPr>
        <w:spacing w:after="160"/>
      </w:pPr>
      <w:r>
        <w:rPr>
          <w:i/>
          <w:color w:val="526B72"/>
        </w:rPr>
        <w:t>[Describe sampling, instruments, procedures and quality control.]</w:t>
      </w:r>
    </w:p>
    <w:p>
      <w:pPr>
        <w:pStyle w:val="Heading3"/>
      </w:pPr>
      <w:r>
        <w:t>Variables and measurements</w:t>
      </w:r>
    </w:p>
    <w:p>
      <w:pPr>
        <w:spacing w:after="160"/>
      </w:pPr>
      <w:r>
        <w:rPr>
          <w:i/>
          <w:color w:val="526B72"/>
        </w:rPr>
        <w:t>[Define outcomes, exposures and key operational terms.]</w:t>
      </w:r>
    </w:p>
    <w:p>
      <w:pPr>
        <w:pStyle w:val="Heading3"/>
      </w:pPr>
      <w:r>
        <w:t>Data analysis</w:t>
      </w:r>
    </w:p>
    <w:p>
      <w:pPr>
        <w:spacing w:after="160"/>
      </w:pPr>
      <w:r>
        <w:rPr>
          <w:i/>
          <w:color w:val="526B72"/>
        </w:rPr>
        <w:t>[Name the software and statistical or qualitative methods, including significance level where applicable.]</w:t>
      </w:r>
    </w:p>
    <w:p>
      <w:pPr>
        <w:pStyle w:val="Heading3"/>
      </w:pPr>
      <w:r>
        <w:t>Ethical considerations</w:t>
      </w:r>
    </w:p>
    <w:p>
      <w:pPr>
        <w:spacing w:after="160"/>
      </w:pPr>
      <w:r>
        <w:rPr>
          <w:i/>
          <w:color w:val="526B72"/>
        </w:rPr>
        <w:t>[Name the ethics committee, approval number and consent process.]</w:t>
      </w:r>
    </w:p>
    <w:p>
      <w:pPr>
        <w:pStyle w:val="Heading2"/>
      </w:pPr>
      <w:r>
        <w:t>3. Results</w:t>
      </w:r>
    </w:p>
    <w:p>
      <w:pPr>
        <w:spacing w:after="160"/>
      </w:pPr>
      <w:r>
        <w:rPr>
          <w:i/>
          <w:color w:val="526B72"/>
        </w:rPr>
        <w:t>[Present findings logically without repeating every table entry. Report denominators, effect estimates and uncertainty where appropriate.]</w:t>
      </w:r>
    </w:p>
    <w:p>
      <w:pPr>
        <w:pStyle w:val="Heading2"/>
      </w:pPr>
      <w:r>
        <w:t>4. Discussion</w:t>
      </w:r>
    </w:p>
    <w:p>
      <w:pPr>
        <w:spacing w:after="160"/>
      </w:pPr>
      <w:r>
        <w:rPr>
          <w:i/>
          <w:color w:val="526B72"/>
        </w:rPr>
        <w:t>[Interpret the principal findings, compare them with relevant literature, explain possible mechanisms and discuss implications.]</w:t>
      </w:r>
    </w:p>
    <w:p>
      <w:pPr>
        <w:pStyle w:val="Heading3"/>
      </w:pPr>
      <w:r>
        <w:t>Strengths and limitations</w:t>
      </w:r>
    </w:p>
    <w:p>
      <w:pPr>
        <w:spacing w:after="160"/>
      </w:pPr>
      <w:r>
        <w:rPr>
          <w:i/>
          <w:color w:val="526B72"/>
        </w:rPr>
        <w:t>[State important strengths, limitations and their likely effect on interpretation.]</w:t>
      </w:r>
    </w:p>
    <w:p>
      <w:pPr>
        <w:pStyle w:val="Heading2"/>
      </w:pPr>
      <w:r>
        <w:t>5. Conclusion</w:t>
      </w:r>
    </w:p>
    <w:p>
      <w:pPr>
        <w:spacing w:after="160"/>
      </w:pPr>
      <w:r>
        <w:rPr>
          <w:i/>
          <w:color w:val="526B72"/>
        </w:rPr>
        <w:t>[Provide a concise conclusion supported by the findings. Add practical recommendations where justified.]</w:t>
      </w:r>
    </w:p>
    <w:p>
      <w:pPr>
        <w:pStyle w:val="Heading1"/>
      </w:pPr>
      <w:r>
        <w:t>DECLARATIONS</w:t>
      </w:r>
    </w:p>
    <w:p>
      <w:pPr>
        <w:pStyle w:val="Heading2"/>
      </w:pPr>
      <w:r>
        <w:t>Ethics approval and consent to participate</w:t>
      </w:r>
    </w:p>
    <w:p>
      <w:pPr>
        <w:spacing w:after="160"/>
      </w:pPr>
      <w:r>
        <w:rPr>
          <w:i/>
          <w:color w:val="526B72"/>
        </w:rPr>
        <w:t>[State committee approval and consent; write Not applicable only when justified.]</w:t>
      </w:r>
    </w:p>
    <w:p>
      <w:pPr>
        <w:pStyle w:val="Heading2"/>
      </w:pPr>
      <w:r>
        <w:t>Consent for publication</w:t>
      </w:r>
    </w:p>
    <w:p>
      <w:pPr>
        <w:spacing w:after="160"/>
      </w:pPr>
      <w:r>
        <w:rPr>
          <w:i/>
          <w:color w:val="526B72"/>
        </w:rPr>
        <w:t>[Required for identifiable case material or personal information.]</w:t>
      </w:r>
    </w:p>
    <w:p>
      <w:pPr>
        <w:pStyle w:val="Heading2"/>
      </w:pPr>
      <w:r>
        <w:t>Availability of data and materials</w:t>
      </w:r>
    </w:p>
    <w:p>
      <w:pPr>
        <w:spacing w:after="160"/>
      </w:pPr>
      <w:r>
        <w:rPr>
          <w:i/>
          <w:color w:val="526B72"/>
        </w:rPr>
        <w:t>[State where data can be accessed or explain restrictions.]</w:t>
      </w:r>
    </w:p>
    <w:p>
      <w:pPr>
        <w:pStyle w:val="Heading2"/>
      </w:pPr>
      <w:r>
        <w:t>Competing interests</w:t>
      </w:r>
    </w:p>
    <w:p>
      <w:pPr>
        <w:spacing w:after="160"/>
      </w:pPr>
      <w:r>
        <w:rPr>
          <w:i/>
          <w:color w:val="526B72"/>
        </w:rPr>
        <w:t>[Declare all relevant interests or state that none exist.]</w:t>
      </w:r>
    </w:p>
    <w:p>
      <w:pPr>
        <w:pStyle w:val="Heading2"/>
      </w:pPr>
      <w:r>
        <w:t>Funding</w:t>
      </w:r>
    </w:p>
    <w:p>
      <w:pPr>
        <w:spacing w:after="160"/>
      </w:pPr>
      <w:r>
        <w:rPr>
          <w:i/>
          <w:color w:val="526B72"/>
        </w:rPr>
        <w:t>[Name funders and grant numbers and describe the funder’s role.]</w:t>
      </w:r>
    </w:p>
    <w:p>
      <w:pPr>
        <w:pStyle w:val="Heading2"/>
      </w:pPr>
      <w:r>
        <w:t>Authors’ contributions</w:t>
      </w:r>
    </w:p>
    <w:p>
      <w:pPr>
        <w:spacing w:after="160"/>
      </w:pPr>
      <w:r>
        <w:rPr>
          <w:i/>
          <w:color w:val="526B72"/>
        </w:rPr>
        <w:t>[Use initials and confirm that all authors approved the final manuscript.]</w:t>
      </w:r>
    </w:p>
    <w:p>
      <w:pPr>
        <w:pStyle w:val="Heading2"/>
      </w:pPr>
      <w:r>
        <w:t>Acknowledgements</w:t>
      </w:r>
    </w:p>
    <w:p>
      <w:pPr>
        <w:spacing w:after="160"/>
      </w:pPr>
      <w:r>
        <w:rPr>
          <w:i/>
          <w:color w:val="526B72"/>
        </w:rPr>
        <w:t>[Recognise non-author contributions with permission.]</w:t>
      </w:r>
    </w:p>
    <w:p>
      <w:pPr>
        <w:pStyle w:val="Heading2"/>
      </w:pPr>
      <w:r>
        <w:t>Clinical trial registration</w:t>
      </w:r>
    </w:p>
    <w:p>
      <w:pPr>
        <w:spacing w:after="160"/>
      </w:pPr>
      <w:r>
        <w:rPr>
          <w:i/>
          <w:color w:val="526B72"/>
        </w:rPr>
        <w:t>[Provide registry name and registration number where applicable.]</w:t>
      </w:r>
    </w:p>
    <w:p>
      <w:pPr>
        <w:pStyle w:val="Heading1"/>
      </w:pPr>
      <w:r>
        <w:t>REFERENCES</w:t>
      </w:r>
    </w:p>
    <w:p>
      <w:r>
        <w:t>Use the American Psychological Association referencing style (APA 7th edition). Use author-date citations in the text, such as (Okafor &amp; Adeyemi, 2025). Arrange references alphabetically by the surname of the first author and apply a hanging indent. Verify every citation against the original source and include a DOI in the format https://doi.org/... where available.</w:t>
      </w:r>
    </w:p>
    <w:p>
      <w:pPr>
        <w:pStyle w:val="Heading3"/>
      </w:pPr>
      <w:r>
        <w:t>Journal article example</w:t>
      </w:r>
    </w:p>
    <w:p>
      <w:pPr>
        <w:ind w:left="432" w:hanging="432"/>
      </w:pPr>
      <w:r>
        <w:t xml:space="preserve">Author, A. A., &amp; Author, B. B. (Year). Title of article. </w:t>
      </w:r>
      <w:r>
        <w:rPr>
          <w:i/>
        </w:rPr>
        <w:t>Journal Title, 12</w:t>
      </w:r>
      <w:r>
        <w:t>(3), 123-135. https://doi.org/xx.xxxx/xxxxx</w:t>
      </w:r>
    </w:p>
    <w:p>
      <w:pPr>
        <w:pStyle w:val="Heading3"/>
      </w:pPr>
      <w:r>
        <w:t>Book example</w:t>
      </w:r>
    </w:p>
    <w:p>
      <w:pPr>
        <w:ind w:left="432" w:hanging="432"/>
      </w:pPr>
      <w:r>
        <w:t xml:space="preserve">Author, A. A. (Year). </w:t>
      </w:r>
      <w:r>
        <w:rPr>
          <w:i/>
        </w:rPr>
        <w:t>Title of book</w:t>
      </w:r>
      <w:r>
        <w:t xml:space="preserve"> (2nd ed.). Publisher.</w:t>
      </w:r>
    </w:p>
    <w:p>
      <w:pPr>
        <w:pStyle w:val="Heading3"/>
      </w:pPr>
      <w:r>
        <w:t>Web source example</w:t>
      </w:r>
    </w:p>
    <w:p>
      <w:pPr>
        <w:ind w:left="432" w:hanging="432"/>
      </w:pPr>
      <w:r>
        <w:t xml:space="preserve">Organisation Name. (Year, Month Day). </w:t>
      </w:r>
      <w:r>
        <w:rPr>
          <w:i/>
        </w:rPr>
        <w:t>Title of webpage</w:t>
      </w:r>
      <w:r>
        <w:t>. Website Name. URL</w:t>
      </w:r>
    </w:p>
    <w:p>
      <w:pPr>
        <w:pStyle w:val="Heading1"/>
      </w:pPr>
      <w:r>
        <w:t>TABLES</w:t>
      </w:r>
    </w:p>
    <w:p>
      <w:r>
        <w:t>Place each table after its first mention or at the end of the manuscript. Number tables consecutively, provide a concise title, define abbreviations below the table and identify statistical tests.</w:t>
      </w:r>
    </w:p>
    <w:p>
      <w:pPr>
        <w:pStyle w:val="Heading2"/>
      </w:pPr>
      <w:r>
        <w:t>Table 1. [Insert descriptive table title]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2484"/>
            <w:shd w:fill="087F75"/>
          </w:tcPr>
          <w:p>
            <w:r>
              <w:rPr>
                <w:b/>
                <w:color w:val="FFFFFF"/>
              </w:rPr>
              <w:t>Characteristic</w:t>
            </w:r>
          </w:p>
        </w:tc>
        <w:tc>
          <w:tcPr>
            <w:tcW w:type="dxa" w:w="2484"/>
            <w:shd w:fill="087F75"/>
          </w:tcPr>
          <w:p>
            <w:r>
              <w:rPr>
                <w:b/>
                <w:color w:val="FFFFFF"/>
              </w:rPr>
              <w:t>Group 1, n (%)</w:t>
            </w:r>
          </w:p>
        </w:tc>
        <w:tc>
          <w:tcPr>
            <w:tcW w:type="dxa" w:w="2484"/>
            <w:shd w:fill="087F75"/>
          </w:tcPr>
          <w:p>
            <w:r>
              <w:rPr>
                <w:b/>
                <w:color w:val="FFFFFF"/>
              </w:rPr>
              <w:t>Group 2, n (%)</w:t>
            </w:r>
          </w:p>
        </w:tc>
        <w:tc>
          <w:tcPr>
            <w:tcW w:type="dxa" w:w="2484"/>
            <w:shd w:fill="087F75"/>
          </w:tcPr>
          <w:p>
            <w:r>
              <w:rPr>
                <w:b/>
                <w:color w:val="FFFFFF"/>
              </w:rPr>
              <w:t>P value</w:t>
            </w:r>
          </w:p>
        </w:tc>
      </w:tr>
      <w:tr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</w:tr>
      <w:tr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</w:tr>
      <w:tr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  <w:tc>
          <w:tcPr>
            <w:tcW w:type="dxa" w:w="2484"/>
          </w:tcPr>
          <w:p>
            <w:r>
              <w:t>[Insert]</w:t>
            </w:r>
          </w:p>
        </w:tc>
      </w:tr>
    </w:tbl>
    <w:p>
      <w:r>
        <w:t>Abbreviations: [Define all abbreviations]. Notes: [Explain denominators, tests and symbols].</w:t>
      </w:r>
    </w:p>
    <w:p>
      <w:pPr>
        <w:pStyle w:val="Heading1"/>
      </w:pPr>
      <w:r>
        <w:t>FIGURES</w:t>
      </w:r>
    </w:p>
    <w:p>
      <w:r>
        <w:t>Supply clear figures with readable labels. Remove identifying information. Obtain permission for previously published material and state the source in the legend.</w:t>
      </w:r>
    </w:p>
    <w:p>
      <w:pPr>
        <w:pStyle w:val="Heading2"/>
      </w:pPr>
      <w:r>
        <w:t>Figure 1. [Insert concise figure title]</w:t>
      </w:r>
    </w:p>
    <w:p>
      <w:pPr>
        <w:jc w:val="center"/>
      </w:pPr>
      <w:r>
        <w:rPr>
          <w:b/>
          <w:color w:val="087F75"/>
          <w:sz w:val="32"/>
        </w:rPr>
        <w:t>[INSERT FIGURE HERE]</w:t>
      </w:r>
    </w:p>
    <w:p>
      <w:pPr>
        <w:spacing w:after="160"/>
      </w:pPr>
      <w:r>
        <w:rPr>
          <w:i/>
          <w:color w:val="526B72"/>
        </w:rPr>
        <w:t>[Figure legend explaining symbols, abbreviations and relevant methods]</w:t>
      </w:r>
    </w:p>
    <w:p>
      <w:r>
        <w:br w:type="page"/>
      </w:r>
    </w:p>
    <w:p>
      <w:pPr>
        <w:pStyle w:val="Heading1"/>
      </w:pPr>
      <w:r>
        <w:t>ALTERNATIVE STRUCTURES</w:t>
      </w:r>
    </w:p>
    <w:p>
      <w:pPr>
        <w:pStyle w:val="Heading2"/>
      </w:pPr>
      <w:r>
        <w:t>Review article</w:t>
      </w:r>
    </w:p>
    <w:p>
      <w:r>
        <w:t>Suggested sections: Introduction; Review objective; Methods or search approach; Findings organised by themes; Discussion; Limitations; Conclusion; Declarations; References.</w:t>
      </w:r>
    </w:p>
    <w:p>
      <w:pPr>
        <w:pStyle w:val="Heading2"/>
      </w:pPr>
      <w:r>
        <w:t>Case report</w:t>
      </w:r>
    </w:p>
    <w:p>
      <w:r>
        <w:t>Suggested sections: Abstract; Introduction; Case presentation; Investigations; Differential diagnosis; Treatment; Outcome and follow-up; Discussion; Patient perspective where appropriate; Consent; References.</w:t>
      </w:r>
    </w:p>
    <w:p>
      <w:pPr>
        <w:pStyle w:val="Heading2"/>
      </w:pPr>
      <w:r>
        <w:t>Health project report</w:t>
      </w:r>
    </w:p>
    <w:p>
      <w:r>
        <w:t>Suggested sections: Background and context; Project objectives; Setting and stakeholders; Intervention; Implementation methods; Monitoring and evaluation; Results; Challenges and adaptations; Lessons learned; Sustainability and scalability; Conclusion; Declarations; References.</w:t>
      </w:r>
    </w:p>
    <w:p>
      <w:pPr>
        <w:pStyle w:val="Heading2"/>
      </w:pPr>
      <w:r>
        <w:t>Editorial</w:t>
      </w:r>
    </w:p>
    <w:p>
      <w:r>
        <w:t>Suggested sections: Brief title; concise summary; context; central argument; evidence and implications; recommendations; competing interests; references.</w:t>
      </w:r>
    </w:p>
    <w:p>
      <w:pPr>
        <w:pStyle w:val="Heading1"/>
      </w:pPr>
      <w:r>
        <w:t>FINAL SUBMISSION CHECKLIST</w:t>
      </w:r>
    </w:p>
    <w:p>
      <w:pPr>
        <w:pStyle w:val="ListBullet"/>
      </w:pPr>
      <w:r>
        <w:t>☐ Title page is complete and author details are accurate.</w:t>
      </w:r>
    </w:p>
    <w:p>
      <w:pPr>
        <w:pStyle w:val="ListBullet"/>
      </w:pPr>
      <w:r>
        <w:t>☐ Abstract and keywords meet the relevant article requirements.</w:t>
      </w:r>
    </w:p>
    <w:p>
      <w:pPr>
        <w:pStyle w:val="ListBullet"/>
      </w:pPr>
      <w:r>
        <w:t>☐ Ethics approval, consent and trial registration are reported where applicable.</w:t>
      </w:r>
    </w:p>
    <w:p>
      <w:pPr>
        <w:pStyle w:val="ListBullet"/>
      </w:pPr>
      <w:r>
        <w:t>☐ All tables and figures are cited, numbered and supplied with titles or legends.</w:t>
      </w:r>
    </w:p>
    <w:p>
      <w:pPr>
        <w:pStyle w:val="ListBullet"/>
      </w:pPr>
      <w:r>
        <w:t>☐ References follow APA 7th edition and have been verified.</w:t>
      </w:r>
    </w:p>
    <w:p>
      <w:pPr>
        <w:pStyle w:val="ListBullet"/>
      </w:pPr>
      <w:r>
        <w:t>☐ Funding, competing interests, author contributions and data availability are declared.</w:t>
      </w:r>
    </w:p>
    <w:p>
      <w:pPr>
        <w:pStyle w:val="ListBullet"/>
      </w:pPr>
      <w:r>
        <w:t>☐ The manuscript has been proofread and all bracketed instructions have been removed.</w:t>
      </w:r>
    </w:p>
    <w:p>
      <w:pPr>
        <w:pStyle w:val="ListBullet"/>
      </w:pPr>
      <w:r>
        <w:t>☐ All authors have approved submission to JGHCM.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8064"/>
      <w:gridCol w:w="1440"/>
    </w:tblGrid>
    <w:tr>
      <w:tc>
        <w:tcPr>
          <w:tcW w:type="dxa" w:w="4752"/>
        </w:tcPr>
        <w:p>
          <w:r>
            <w:rPr>
              <w:sz w:val="16"/>
            </w:rPr>
            <w:t>Journal of Global Health and Clinical Medicine</w:t>
          </w:r>
        </w:p>
      </w:tc>
      <w:tc>
        <w:tcPr>
          <w:tcW w:type="dxa" w:w="4752"/>
        </w:tcPr>
        <w:p>
          <w:pPr>
            <w:jc w:val="right"/>
          </w:pPr>
          <w:r>
            <w:rPr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F75"/>
        <w:sz w:val="16"/>
      </w:rPr>
      <w:t>JGHCM MANUSCRIPT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02A3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87F7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02A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GJIHRP Manuscript Template</dc:title>
  <dc:subject>Author manuscript preparation template</dc:subject>
  <dc:creator>Global Journal of Integrated Health Research and Projects</dc:creator>
  <cp:keywords>GJIHRP, manuscript, template, health research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